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7943"/>
        <w:gridCol w:w="3120"/>
        <w:gridCol w:w="360"/>
        <w:gridCol w:w="3120"/>
      </w:tblGrid>
      <w:tr w:rsidR="00C757D7" w14:paraId="58BF5007" w14:textId="77777777">
        <w:trPr>
          <w:trHeight w:hRule="exact" w:val="2228"/>
        </w:trPr>
        <w:tc>
          <w:tcPr>
            <w:tcW w:w="794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E73B9" w14:textId="71E81098" w:rsidR="00C757D7" w:rsidRDefault="00C83D65">
            <w:pPr>
              <w:spacing w:after="211" w:line="691" w:lineRule="exact"/>
            </w:pPr>
            <w:r>
              <w:rPr>
                <w:b/>
                <w:color w:val="FF522C"/>
                <w:sz w:val="58"/>
              </w:rPr>
              <w:t xml:space="preserve">Sample Schedule </w:t>
            </w:r>
          </w:p>
          <w:p w14:paraId="55AA70C0" w14:textId="7688DFFC" w:rsidR="00C757D7" w:rsidRDefault="00000000">
            <w:pPr>
              <w:spacing w:after="221" w:line="566" w:lineRule="exact"/>
            </w:pPr>
            <w:r>
              <w:rPr>
                <w:color w:val="000000"/>
                <w:sz w:val="48"/>
              </w:rPr>
              <w:t>2026</w:t>
            </w:r>
          </w:p>
          <w:p w14:paraId="06B448D9" w14:textId="77777777" w:rsidR="00C757D7" w:rsidRDefault="00000000">
            <w:pPr>
              <w:spacing w:line="281" w:lineRule="exact"/>
            </w:pPr>
            <w:r>
              <w:rPr>
                <w:i/>
                <w:color w:val="000000"/>
                <w:sz w:val="24"/>
              </w:rPr>
              <w:t>Note: This schedule is tentative &amp; subject to change.</w:t>
            </w:r>
          </w:p>
        </w:tc>
        <w:tc>
          <w:tcPr>
            <w:tcW w:w="3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B712B" w14:textId="77777777" w:rsidR="00C757D7" w:rsidRDefault="00000000">
            <w:pPr>
              <w:spacing w:line="123" w:lineRule="exact"/>
            </w:pPr>
            <w:r>
              <w:rPr>
                <w:color w:val="FFFFFF"/>
                <w:sz w:val="2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6"/>
              <w:gridCol w:w="446"/>
              <w:gridCol w:w="446"/>
              <w:gridCol w:w="446"/>
              <w:gridCol w:w="446"/>
              <w:gridCol w:w="446"/>
              <w:gridCol w:w="446"/>
            </w:tblGrid>
            <w:tr w:rsidR="00C757D7" w14:paraId="5A818F4D" w14:textId="77777777">
              <w:trPr>
                <w:trHeight w:hRule="exact" w:val="397"/>
              </w:trPr>
              <w:tc>
                <w:tcPr>
                  <w:tcW w:w="3122" w:type="dxa"/>
                  <w:gridSpan w:val="7"/>
                  <w:tcBorders>
                    <w:bottom w:val="single" w:sz="2" w:space="0" w:color="CCCCCC"/>
                  </w:tcBorders>
                  <w:shd w:val="clear" w:color="auto" w:fill="EBEBEB"/>
                  <w:tcMar>
                    <w:top w:w="0" w:type="dxa"/>
                    <w:left w:w="80" w:type="dxa"/>
                    <w:bottom w:w="0" w:type="dxa"/>
                    <w:right w:w="0" w:type="dxa"/>
                  </w:tcMar>
                  <w:vAlign w:val="center"/>
                </w:tcPr>
                <w:p w14:paraId="48114B46" w14:textId="77777777" w:rsidR="00C757D7" w:rsidRDefault="00000000">
                  <w:pPr>
                    <w:spacing w:line="238" w:lineRule="exact"/>
                  </w:pPr>
                  <w:r>
                    <w:rPr>
                      <w:b/>
                      <w:color w:val="000000"/>
                    </w:rPr>
                    <w:t>January</w:t>
                  </w:r>
                </w:p>
              </w:tc>
            </w:tr>
            <w:tr w:rsidR="00C757D7" w14:paraId="7632D9FD" w14:textId="77777777">
              <w:trPr>
                <w:trHeight w:hRule="exact" w:val="320"/>
              </w:trPr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76352C4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A7A7A7"/>
                    </w:rPr>
                    <w:t>S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86B0237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A7A7A7"/>
                    </w:rPr>
                    <w:t>M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C40F017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A7A7A7"/>
                    </w:rPr>
                    <w:t>T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24782CA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A7A7A7"/>
                    </w:rPr>
                    <w:t>W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C715075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A7A7A7"/>
                    </w:rPr>
                    <w:t>T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286083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A7A7A7"/>
                    </w:rPr>
                    <w:t>F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20B4A6C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A7A7A7"/>
                    </w:rPr>
                    <w:t>S</w:t>
                  </w:r>
                </w:p>
              </w:tc>
            </w:tr>
            <w:tr w:rsidR="00C757D7" w14:paraId="0E46F979" w14:textId="77777777">
              <w:trPr>
                <w:trHeight w:hRule="exact" w:val="276"/>
              </w:trPr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7E1A710" w14:textId="77777777" w:rsidR="00C757D7" w:rsidRDefault="00C757D7">
                  <w:pPr>
                    <w:spacing w:line="233" w:lineRule="exact"/>
                    <w:jc w:val="center"/>
                  </w:pP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6D2D6B8" w14:textId="77777777" w:rsidR="00C757D7" w:rsidRDefault="00C757D7">
                  <w:pPr>
                    <w:spacing w:line="233" w:lineRule="exact"/>
                    <w:jc w:val="center"/>
                  </w:pP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1843CBE" w14:textId="77777777" w:rsidR="00C757D7" w:rsidRDefault="00C757D7">
                  <w:pPr>
                    <w:spacing w:line="233" w:lineRule="exact"/>
                    <w:jc w:val="center"/>
                  </w:pP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91B0E14" w14:textId="77777777" w:rsidR="00C757D7" w:rsidRDefault="00C757D7">
                  <w:pPr>
                    <w:spacing w:line="233" w:lineRule="exact"/>
                    <w:jc w:val="center"/>
                  </w:pP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DF7F2ED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C2F49E3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D32507E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3</w:t>
                  </w:r>
                </w:p>
              </w:tc>
            </w:tr>
            <w:tr w:rsidR="00C757D7" w14:paraId="04047B02" w14:textId="77777777">
              <w:trPr>
                <w:trHeight w:hRule="exact" w:val="276"/>
              </w:trPr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3DD48A2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B385919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5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BBF03A6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6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9FBE2FB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7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F3F6B68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8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F0865C5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9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0353379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10</w:t>
                  </w:r>
                </w:p>
              </w:tc>
            </w:tr>
            <w:tr w:rsidR="00C757D7" w14:paraId="0DB81BF4" w14:textId="77777777">
              <w:trPr>
                <w:trHeight w:hRule="exact" w:val="276"/>
              </w:trPr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AEFAB3B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11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788D66B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12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796947E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13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6CBACDE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14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EB3ADAC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15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E1A5DFA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16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4940608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17</w:t>
                  </w:r>
                </w:p>
              </w:tc>
            </w:tr>
            <w:tr w:rsidR="00C757D7" w14:paraId="5F015987" w14:textId="77777777">
              <w:trPr>
                <w:trHeight w:hRule="exact" w:val="276"/>
              </w:trPr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B151836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18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34EAEC7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19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C93D5FF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20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E8558F9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21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CB33149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22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176757D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23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886308C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24</w:t>
                  </w:r>
                </w:p>
              </w:tc>
            </w:tr>
            <w:tr w:rsidR="00C757D7" w14:paraId="43EA8CCC" w14:textId="77777777">
              <w:trPr>
                <w:trHeight w:hRule="exact" w:val="276"/>
              </w:trPr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1D474BF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25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E8FA205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26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7478377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27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D8B4A6B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28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3B2AAB7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29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84BD8A9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30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0C3D5B7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31</w:t>
                  </w:r>
                </w:p>
              </w:tc>
            </w:tr>
          </w:tbl>
          <w:p w14:paraId="1828343F" w14:textId="77777777" w:rsidR="00C757D7" w:rsidRDefault="00C757D7"/>
        </w:tc>
        <w:tc>
          <w:tcPr>
            <w:tcW w:w="3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908F6" w14:textId="77777777" w:rsidR="00C757D7" w:rsidRDefault="00C757D7"/>
        </w:tc>
        <w:tc>
          <w:tcPr>
            <w:tcW w:w="312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9A86D" w14:textId="77777777" w:rsidR="00C757D7" w:rsidRDefault="00000000">
            <w:pPr>
              <w:spacing w:line="123" w:lineRule="exact"/>
            </w:pPr>
            <w:r>
              <w:rPr>
                <w:color w:val="FFFFFF"/>
                <w:sz w:val="2"/>
              </w:rPr>
              <w:t xml:space="preserve">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46"/>
              <w:gridCol w:w="446"/>
              <w:gridCol w:w="446"/>
              <w:gridCol w:w="446"/>
              <w:gridCol w:w="446"/>
              <w:gridCol w:w="446"/>
              <w:gridCol w:w="446"/>
            </w:tblGrid>
            <w:tr w:rsidR="00C757D7" w14:paraId="7ECC8F09" w14:textId="77777777">
              <w:trPr>
                <w:trHeight w:hRule="exact" w:val="397"/>
              </w:trPr>
              <w:tc>
                <w:tcPr>
                  <w:tcW w:w="3122" w:type="dxa"/>
                  <w:gridSpan w:val="7"/>
                  <w:tcBorders>
                    <w:bottom w:val="single" w:sz="2" w:space="0" w:color="CCCCCC"/>
                  </w:tcBorders>
                  <w:shd w:val="clear" w:color="auto" w:fill="EBEBEB"/>
                  <w:tcMar>
                    <w:top w:w="0" w:type="dxa"/>
                    <w:left w:w="80" w:type="dxa"/>
                    <w:bottom w:w="0" w:type="dxa"/>
                    <w:right w:w="0" w:type="dxa"/>
                  </w:tcMar>
                  <w:vAlign w:val="center"/>
                </w:tcPr>
                <w:p w14:paraId="150F1606" w14:textId="77777777" w:rsidR="00C757D7" w:rsidRDefault="00000000">
                  <w:pPr>
                    <w:spacing w:line="238" w:lineRule="exact"/>
                  </w:pPr>
                  <w:r>
                    <w:rPr>
                      <w:b/>
                      <w:color w:val="000000"/>
                    </w:rPr>
                    <w:t>March</w:t>
                  </w:r>
                </w:p>
              </w:tc>
            </w:tr>
            <w:tr w:rsidR="00C757D7" w14:paraId="676D6A7C" w14:textId="77777777">
              <w:trPr>
                <w:trHeight w:hRule="exact" w:val="320"/>
              </w:trPr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8984894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A7A7A7"/>
                    </w:rPr>
                    <w:t>S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525166E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A7A7A7"/>
                    </w:rPr>
                    <w:t>M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ADA4A70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A7A7A7"/>
                    </w:rPr>
                    <w:t>T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366614F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A7A7A7"/>
                    </w:rPr>
                    <w:t>W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9AFFD80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A7A7A7"/>
                    </w:rPr>
                    <w:t>T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F9CDD42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A7A7A7"/>
                    </w:rPr>
                    <w:t>F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FE10AF0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A7A7A7"/>
                    </w:rPr>
                    <w:t>S</w:t>
                  </w:r>
                </w:p>
              </w:tc>
            </w:tr>
            <w:tr w:rsidR="00C757D7" w14:paraId="1864F1C9" w14:textId="77777777">
              <w:trPr>
                <w:trHeight w:hRule="exact" w:val="276"/>
              </w:trPr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B9AF3F5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28DE0D6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7F73BB3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2BA0038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4A7350B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5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DAAB286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6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88F9C1D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7</w:t>
                  </w:r>
                </w:p>
              </w:tc>
            </w:tr>
            <w:tr w:rsidR="00C757D7" w14:paraId="76781C6F" w14:textId="77777777">
              <w:trPr>
                <w:trHeight w:hRule="exact" w:val="276"/>
              </w:trPr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39C590C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8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01127EE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9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D35B7FE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10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0E05FA4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11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AC204A6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12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03927A1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13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BB1FE5C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14</w:t>
                  </w:r>
                </w:p>
              </w:tc>
            </w:tr>
            <w:tr w:rsidR="00C757D7" w14:paraId="1B84F1E9" w14:textId="77777777">
              <w:trPr>
                <w:trHeight w:hRule="exact" w:val="276"/>
              </w:trPr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8E7C8AE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15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F0AACE0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16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796FC59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17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65B9642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18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2A03718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19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76E7ABF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20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467C1DD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21</w:t>
                  </w:r>
                </w:p>
              </w:tc>
            </w:tr>
            <w:tr w:rsidR="00C757D7" w14:paraId="04222893" w14:textId="77777777">
              <w:trPr>
                <w:trHeight w:hRule="exact" w:val="276"/>
              </w:trPr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6413B14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22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F845A64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23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38C65ED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24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C2F0665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25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3152D9B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26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E834FC6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27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E984F2D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28</w:t>
                  </w:r>
                </w:p>
              </w:tc>
            </w:tr>
            <w:tr w:rsidR="00C757D7" w14:paraId="76623E38" w14:textId="77777777">
              <w:trPr>
                <w:trHeight w:hRule="exact" w:val="276"/>
              </w:trPr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D7B3DDC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29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C00EC13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30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A6D75DB" w14:textId="77777777" w:rsidR="00C757D7" w:rsidRDefault="00000000">
                  <w:pPr>
                    <w:spacing w:line="233" w:lineRule="exact"/>
                    <w:jc w:val="center"/>
                  </w:pPr>
                  <w:r>
                    <w:rPr>
                      <w:color w:val="000000"/>
                    </w:rPr>
                    <w:t>31</w:t>
                  </w: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4F5469" w14:textId="77777777" w:rsidR="00C757D7" w:rsidRDefault="00C757D7">
                  <w:pPr>
                    <w:spacing w:line="233" w:lineRule="exact"/>
                    <w:jc w:val="center"/>
                  </w:pP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26611BF" w14:textId="77777777" w:rsidR="00C757D7" w:rsidRDefault="00C757D7">
                  <w:pPr>
                    <w:spacing w:line="233" w:lineRule="exact"/>
                    <w:jc w:val="center"/>
                  </w:pP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0C37872" w14:textId="77777777" w:rsidR="00C757D7" w:rsidRDefault="00C757D7">
                  <w:pPr>
                    <w:spacing w:line="233" w:lineRule="exact"/>
                    <w:jc w:val="center"/>
                  </w:pPr>
                </w:p>
              </w:tc>
              <w:tc>
                <w:tcPr>
                  <w:tcW w:w="44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5F07FC4" w14:textId="77777777" w:rsidR="00C757D7" w:rsidRDefault="00C757D7">
                  <w:pPr>
                    <w:spacing w:line="233" w:lineRule="exact"/>
                    <w:jc w:val="center"/>
                  </w:pPr>
                </w:p>
              </w:tc>
            </w:tr>
          </w:tbl>
          <w:p w14:paraId="31F9D724" w14:textId="77777777" w:rsidR="00C757D7" w:rsidRDefault="00C757D7"/>
        </w:tc>
      </w:tr>
    </w:tbl>
    <w:p w14:paraId="3E6DEF1D" w14:textId="77777777" w:rsidR="00C757D7" w:rsidRDefault="00000000">
      <w:pPr>
        <w:spacing w:line="476" w:lineRule="exact"/>
      </w:pPr>
      <w:r>
        <w:rPr>
          <w:color w:val="FFFFFF"/>
          <w:sz w:val="2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DFDFDF"/>
          <w:left w:val="single" w:sz="4" w:space="0" w:color="DFDFDF"/>
          <w:bottom w:val="single" w:sz="4" w:space="0" w:color="DFDFDF"/>
          <w:right w:val="single" w:sz="4" w:space="0" w:color="DFDFDF"/>
          <w:insideH w:val="single" w:sz="4" w:space="0" w:color="DFDFDF"/>
          <w:insideV w:val="single" w:sz="4" w:space="0" w:color="DFDFDF"/>
        </w:tblBorders>
        <w:tblLayout w:type="fixed"/>
        <w:tblLook w:val="04A0" w:firstRow="1" w:lastRow="0" w:firstColumn="1" w:lastColumn="0" w:noHBand="0" w:noVBand="1"/>
      </w:tblPr>
      <w:tblGrid>
        <w:gridCol w:w="2077"/>
        <w:gridCol w:w="2077"/>
        <w:gridCol w:w="2077"/>
        <w:gridCol w:w="2077"/>
        <w:gridCol w:w="2077"/>
        <w:gridCol w:w="2077"/>
        <w:gridCol w:w="2077"/>
      </w:tblGrid>
      <w:tr w:rsidR="00C757D7" w14:paraId="4C4CF940" w14:textId="77777777">
        <w:trPr>
          <w:trHeight w:hRule="exact" w:val="376"/>
        </w:trPr>
        <w:tc>
          <w:tcPr>
            <w:tcW w:w="2077" w:type="dxa"/>
            <w:tcBorders>
              <w:bottom w:val="single" w:sz="8" w:space="0" w:color="E34225"/>
            </w:tcBorders>
            <w:shd w:val="clear" w:color="auto" w:fill="FF522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7B0BD2" w14:textId="77777777" w:rsidR="00C757D7" w:rsidRDefault="00000000">
            <w:pPr>
              <w:spacing w:line="238" w:lineRule="exact"/>
              <w:jc w:val="center"/>
            </w:pPr>
            <w:r>
              <w:rPr>
                <w:b/>
                <w:color w:val="FFFFFF"/>
              </w:rPr>
              <w:t>SUNDAY</w:t>
            </w:r>
          </w:p>
        </w:tc>
        <w:tc>
          <w:tcPr>
            <w:tcW w:w="2077" w:type="dxa"/>
            <w:tcBorders>
              <w:bottom w:val="single" w:sz="8" w:space="0" w:color="E34225"/>
            </w:tcBorders>
            <w:shd w:val="clear" w:color="auto" w:fill="FF522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D813A6C" w14:textId="77777777" w:rsidR="00C757D7" w:rsidRDefault="00000000">
            <w:pPr>
              <w:spacing w:line="238" w:lineRule="exact"/>
              <w:jc w:val="center"/>
            </w:pPr>
            <w:r>
              <w:rPr>
                <w:b/>
                <w:color w:val="FFFFFF"/>
              </w:rPr>
              <w:t>MONDAY</w:t>
            </w:r>
          </w:p>
        </w:tc>
        <w:tc>
          <w:tcPr>
            <w:tcW w:w="2077" w:type="dxa"/>
            <w:tcBorders>
              <w:bottom w:val="single" w:sz="8" w:space="0" w:color="E34225"/>
            </w:tcBorders>
            <w:shd w:val="clear" w:color="auto" w:fill="FF522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AB37D8" w14:textId="77777777" w:rsidR="00C757D7" w:rsidRDefault="00000000">
            <w:pPr>
              <w:spacing w:line="238" w:lineRule="exact"/>
              <w:jc w:val="center"/>
            </w:pPr>
            <w:r>
              <w:rPr>
                <w:b/>
                <w:color w:val="FFFFFF"/>
              </w:rPr>
              <w:t>TUESDAY</w:t>
            </w:r>
          </w:p>
        </w:tc>
        <w:tc>
          <w:tcPr>
            <w:tcW w:w="2077" w:type="dxa"/>
            <w:tcBorders>
              <w:bottom w:val="single" w:sz="8" w:space="0" w:color="E34225"/>
            </w:tcBorders>
            <w:shd w:val="clear" w:color="auto" w:fill="FF522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08A47FE" w14:textId="77777777" w:rsidR="00C757D7" w:rsidRDefault="00000000">
            <w:pPr>
              <w:spacing w:line="238" w:lineRule="exact"/>
              <w:jc w:val="center"/>
            </w:pPr>
            <w:r>
              <w:rPr>
                <w:b/>
                <w:color w:val="FFFFFF"/>
              </w:rPr>
              <w:t>WEDNESDAY</w:t>
            </w:r>
          </w:p>
        </w:tc>
        <w:tc>
          <w:tcPr>
            <w:tcW w:w="2077" w:type="dxa"/>
            <w:tcBorders>
              <w:bottom w:val="single" w:sz="8" w:space="0" w:color="E34225"/>
            </w:tcBorders>
            <w:shd w:val="clear" w:color="auto" w:fill="FF522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3F88BAD" w14:textId="77777777" w:rsidR="00C757D7" w:rsidRDefault="00000000">
            <w:pPr>
              <w:spacing w:line="238" w:lineRule="exact"/>
              <w:jc w:val="center"/>
            </w:pPr>
            <w:r>
              <w:rPr>
                <w:b/>
                <w:color w:val="FFFFFF"/>
              </w:rPr>
              <w:t>THURSDAY</w:t>
            </w:r>
          </w:p>
        </w:tc>
        <w:tc>
          <w:tcPr>
            <w:tcW w:w="2077" w:type="dxa"/>
            <w:tcBorders>
              <w:bottom w:val="single" w:sz="8" w:space="0" w:color="E34225"/>
            </w:tcBorders>
            <w:shd w:val="clear" w:color="auto" w:fill="FF522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11352BB" w14:textId="77777777" w:rsidR="00C757D7" w:rsidRDefault="00000000">
            <w:pPr>
              <w:spacing w:line="238" w:lineRule="exact"/>
              <w:jc w:val="center"/>
            </w:pPr>
            <w:r>
              <w:rPr>
                <w:b/>
                <w:color w:val="FFFFFF"/>
              </w:rPr>
              <w:t>FRIDAY</w:t>
            </w:r>
          </w:p>
        </w:tc>
        <w:tc>
          <w:tcPr>
            <w:tcW w:w="2077" w:type="dxa"/>
            <w:tcBorders>
              <w:bottom w:val="single" w:sz="8" w:space="0" w:color="E34225"/>
            </w:tcBorders>
            <w:shd w:val="clear" w:color="auto" w:fill="FF522C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D597792" w14:textId="77777777" w:rsidR="00C757D7" w:rsidRDefault="00000000">
            <w:pPr>
              <w:spacing w:line="238" w:lineRule="exact"/>
              <w:jc w:val="center"/>
            </w:pPr>
            <w:r>
              <w:rPr>
                <w:b/>
                <w:color w:val="FFFFFF"/>
              </w:rPr>
              <w:t>SATURDAY</w:t>
            </w:r>
          </w:p>
        </w:tc>
      </w:tr>
      <w:tr w:rsidR="00C757D7" w14:paraId="38D5DCF0" w14:textId="77777777">
        <w:trPr>
          <w:trHeight w:hRule="exact" w:val="289"/>
        </w:trPr>
        <w:tc>
          <w:tcPr>
            <w:tcW w:w="2077" w:type="dxa"/>
            <w:tcMar>
              <w:top w:w="0" w:type="dxa"/>
              <w:left w:w="0" w:type="dxa"/>
              <w:bottom w:w="0" w:type="dxa"/>
              <w:right w:w="45" w:type="dxa"/>
            </w:tcMar>
          </w:tcPr>
          <w:p w14:paraId="4002F00E" w14:textId="77777777" w:rsidR="00C757D7" w:rsidRDefault="00000000">
            <w:pPr>
              <w:spacing w:line="238" w:lineRule="exact"/>
              <w:jc w:val="right"/>
            </w:pPr>
            <w:r>
              <w:rPr>
                <w:color w:val="000000"/>
              </w:rPr>
              <w:t>1</w:t>
            </w: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45" w:type="dxa"/>
            </w:tcMar>
          </w:tcPr>
          <w:p w14:paraId="4BC020D4" w14:textId="77777777" w:rsidR="00C757D7" w:rsidRDefault="00000000">
            <w:pPr>
              <w:spacing w:line="238" w:lineRule="exact"/>
              <w:jc w:val="right"/>
            </w:pPr>
            <w:r>
              <w:rPr>
                <w:color w:val="000000"/>
              </w:rPr>
              <w:t>2</w:t>
            </w: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45" w:type="dxa"/>
            </w:tcMar>
          </w:tcPr>
          <w:p w14:paraId="24B83365" w14:textId="77777777" w:rsidR="00C757D7" w:rsidRDefault="00000000">
            <w:pPr>
              <w:spacing w:line="238" w:lineRule="exact"/>
              <w:jc w:val="right"/>
            </w:pPr>
            <w:r>
              <w:rPr>
                <w:color w:val="000000"/>
              </w:rPr>
              <w:t>3</w:t>
            </w: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45" w:type="dxa"/>
            </w:tcMar>
          </w:tcPr>
          <w:p w14:paraId="49985D04" w14:textId="77777777" w:rsidR="00C757D7" w:rsidRDefault="00000000">
            <w:pPr>
              <w:spacing w:line="238" w:lineRule="exact"/>
              <w:jc w:val="right"/>
            </w:pPr>
            <w:r>
              <w:rPr>
                <w:color w:val="000000"/>
              </w:rPr>
              <w:t>4</w:t>
            </w: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45" w:type="dxa"/>
            </w:tcMar>
          </w:tcPr>
          <w:p w14:paraId="75354C8C" w14:textId="77777777" w:rsidR="00C757D7" w:rsidRDefault="00000000">
            <w:pPr>
              <w:spacing w:line="238" w:lineRule="exact"/>
              <w:jc w:val="right"/>
            </w:pPr>
            <w:r>
              <w:rPr>
                <w:color w:val="000000"/>
              </w:rPr>
              <w:t>5</w:t>
            </w: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45" w:type="dxa"/>
            </w:tcMar>
          </w:tcPr>
          <w:p w14:paraId="18C69EDB" w14:textId="77777777" w:rsidR="00C757D7" w:rsidRDefault="00000000">
            <w:pPr>
              <w:spacing w:line="238" w:lineRule="exact"/>
              <w:jc w:val="right"/>
            </w:pPr>
            <w:r>
              <w:rPr>
                <w:color w:val="000000"/>
              </w:rPr>
              <w:t>6</w:t>
            </w: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45" w:type="dxa"/>
            </w:tcMar>
          </w:tcPr>
          <w:p w14:paraId="16C9051D" w14:textId="77777777" w:rsidR="00C757D7" w:rsidRDefault="00000000">
            <w:pPr>
              <w:spacing w:line="238" w:lineRule="exact"/>
              <w:jc w:val="right"/>
            </w:pPr>
            <w:r>
              <w:rPr>
                <w:color w:val="000000"/>
              </w:rPr>
              <w:t>7</w:t>
            </w:r>
          </w:p>
        </w:tc>
      </w:tr>
      <w:tr w:rsidR="00C757D7" w14:paraId="27F9CF68" w14:textId="77777777">
        <w:trPr>
          <w:trHeight w:hRule="exact" w:val="3693"/>
        </w:trPr>
        <w:tc>
          <w:tcPr>
            <w:tcW w:w="2077" w:type="dxa"/>
            <w:tcMar>
              <w:top w:w="40" w:type="dxa"/>
              <w:left w:w="65" w:type="dxa"/>
              <w:bottom w:w="0" w:type="dxa"/>
              <w:right w:w="65" w:type="dxa"/>
            </w:tcMar>
          </w:tcPr>
          <w:p w14:paraId="7F89ADE3" w14:textId="77777777" w:rsidR="00C757D7" w:rsidRDefault="00000000">
            <w:pPr>
              <w:spacing w:line="240" w:lineRule="exact"/>
            </w:pPr>
            <w:r>
              <w:rPr>
                <w:color w:val="000000"/>
              </w:rPr>
              <w:t xml:space="preserve">4:40pm: Arrive to </w:t>
            </w:r>
            <w:r>
              <w:br/>
            </w:r>
            <w:r>
              <w:rPr>
                <w:color w:val="000000"/>
              </w:rPr>
              <w:t xml:space="preserve">Trujillo </w:t>
            </w:r>
            <w:r>
              <w:br/>
            </w:r>
            <w:r>
              <w:br/>
            </w:r>
            <w:r>
              <w:rPr>
                <w:color w:val="000000"/>
              </w:rPr>
              <w:t>Free evening</w:t>
            </w:r>
          </w:p>
        </w:tc>
        <w:tc>
          <w:tcPr>
            <w:tcW w:w="2077" w:type="dxa"/>
            <w:tcMar>
              <w:top w:w="40" w:type="dxa"/>
              <w:left w:w="65" w:type="dxa"/>
              <w:bottom w:w="0" w:type="dxa"/>
              <w:right w:w="65" w:type="dxa"/>
            </w:tcMar>
          </w:tcPr>
          <w:p w14:paraId="5FE0E156" w14:textId="046D0816" w:rsidR="00C757D7" w:rsidRDefault="00000000">
            <w:pPr>
              <w:spacing w:line="240" w:lineRule="exact"/>
            </w:pPr>
            <w:r>
              <w:rPr>
                <w:color w:val="000000"/>
              </w:rPr>
              <w:t xml:space="preserve">10am: Tour around </w:t>
            </w:r>
            <w:r>
              <w:br/>
            </w:r>
            <w:r>
              <w:rPr>
                <w:color w:val="000000"/>
              </w:rPr>
              <w:t xml:space="preserve">Huanchaco </w:t>
            </w:r>
            <w:r>
              <w:br/>
            </w:r>
            <w:r>
              <w:br/>
            </w:r>
            <w:r>
              <w:br/>
            </w:r>
            <w:r>
              <w:rPr>
                <w:color w:val="000000"/>
              </w:rPr>
              <w:t xml:space="preserve">3pm: Orientation @ </w:t>
            </w:r>
            <w:r>
              <w:br/>
            </w:r>
            <w:r>
              <w:rPr>
                <w:color w:val="000000"/>
              </w:rPr>
              <w:t xml:space="preserve">Cesapu w/ Cindy - </w:t>
            </w:r>
            <w:r>
              <w:br/>
            </w:r>
            <w:r>
              <w:rPr>
                <w:color w:val="000000"/>
              </w:rPr>
              <w:t xml:space="preserve">learn vital signs &amp; </w:t>
            </w:r>
            <w:r>
              <w:br/>
            </w:r>
            <w:r>
              <w:rPr>
                <w:color w:val="000000"/>
              </w:rPr>
              <w:t>blood testing</w:t>
            </w:r>
          </w:p>
        </w:tc>
        <w:tc>
          <w:tcPr>
            <w:tcW w:w="2077" w:type="dxa"/>
            <w:tcMar>
              <w:top w:w="40" w:type="dxa"/>
              <w:left w:w="65" w:type="dxa"/>
              <w:bottom w:w="0" w:type="dxa"/>
              <w:right w:w="65" w:type="dxa"/>
            </w:tcMar>
          </w:tcPr>
          <w:p w14:paraId="51319475" w14:textId="77777777" w:rsidR="00C757D7" w:rsidRDefault="00000000">
            <w:pPr>
              <w:spacing w:line="240" w:lineRule="exact"/>
            </w:pPr>
            <w:r>
              <w:rPr>
                <w:color w:val="000000"/>
              </w:rPr>
              <w:t xml:space="preserve">8:30-12: Rotation w/ </w:t>
            </w:r>
            <w:r>
              <w:br/>
            </w:r>
            <w:r>
              <w:rPr>
                <w:color w:val="000000"/>
              </w:rPr>
              <w:t xml:space="preserve">Dr. Diana de la Cruz 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color w:val="000000"/>
              </w:rPr>
              <w:t xml:space="preserve">2-6 Cesapu Rotation </w:t>
            </w:r>
            <w:r>
              <w:br/>
            </w:r>
            <w:r>
              <w:rPr>
                <w:color w:val="000000"/>
              </w:rPr>
              <w:t>(Dental, PT, psych)</w:t>
            </w:r>
          </w:p>
        </w:tc>
        <w:tc>
          <w:tcPr>
            <w:tcW w:w="2077" w:type="dxa"/>
            <w:tcMar>
              <w:top w:w="40" w:type="dxa"/>
              <w:left w:w="65" w:type="dxa"/>
              <w:bottom w:w="0" w:type="dxa"/>
              <w:right w:w="65" w:type="dxa"/>
            </w:tcMar>
          </w:tcPr>
          <w:p w14:paraId="76191BC6" w14:textId="77777777" w:rsidR="00C757D7" w:rsidRDefault="00000000">
            <w:pPr>
              <w:spacing w:line="240" w:lineRule="exact"/>
            </w:pPr>
            <w:r>
              <w:rPr>
                <w:color w:val="000000"/>
              </w:rPr>
              <w:t xml:space="preserve">8-12 Ultrasound </w:t>
            </w:r>
            <w:r>
              <w:br/>
            </w:r>
            <w:r>
              <w:rPr>
                <w:color w:val="000000"/>
              </w:rPr>
              <w:t xml:space="preserve">Rotation - CESAPU </w:t>
            </w:r>
            <w:r>
              <w:br/>
            </w:r>
            <w:r>
              <w:br/>
            </w:r>
            <w:r>
              <w:br/>
            </w:r>
            <w:r>
              <w:rPr>
                <w:color w:val="000000"/>
              </w:rPr>
              <w:t xml:space="preserve">Free afternoon OR </w:t>
            </w:r>
            <w:r>
              <w:br/>
            </w:r>
            <w:r>
              <w:rPr>
                <w:color w:val="000000"/>
              </w:rPr>
              <w:t>Kids program</w:t>
            </w:r>
          </w:p>
        </w:tc>
        <w:tc>
          <w:tcPr>
            <w:tcW w:w="2077" w:type="dxa"/>
            <w:tcMar>
              <w:top w:w="40" w:type="dxa"/>
              <w:left w:w="65" w:type="dxa"/>
              <w:bottom w:w="0" w:type="dxa"/>
              <w:right w:w="65" w:type="dxa"/>
            </w:tcMar>
          </w:tcPr>
          <w:p w14:paraId="3C4B81E0" w14:textId="77777777" w:rsidR="00C757D7" w:rsidRDefault="00000000">
            <w:pPr>
              <w:spacing w:line="240" w:lineRule="exact"/>
            </w:pPr>
            <w:r>
              <w:rPr>
                <w:color w:val="000000"/>
              </w:rPr>
              <w:t xml:space="preserve">8am: Rotation @ </w:t>
            </w:r>
            <w:r>
              <w:br/>
            </w:r>
            <w:r>
              <w:rPr>
                <w:color w:val="000000"/>
              </w:rPr>
              <w:t xml:space="preserve">Centro de Salud </w:t>
            </w:r>
            <w:r>
              <w:br/>
            </w:r>
            <w:r>
              <w:rPr>
                <w:color w:val="000000"/>
              </w:rPr>
              <w:t xml:space="preserve">Huanchaco 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color w:val="000000"/>
              </w:rPr>
              <w:t xml:space="preserve">2-6pm: Free </w:t>
            </w:r>
            <w:r>
              <w:br/>
            </w:r>
            <w:r>
              <w:rPr>
                <w:color w:val="000000"/>
              </w:rPr>
              <w:t>afternoon or Dental/</w:t>
            </w:r>
            <w:r>
              <w:br/>
            </w:r>
            <w:r>
              <w:rPr>
                <w:color w:val="000000"/>
              </w:rPr>
              <w:t>PT rotations</w:t>
            </w:r>
          </w:p>
        </w:tc>
        <w:tc>
          <w:tcPr>
            <w:tcW w:w="2077" w:type="dxa"/>
            <w:tcMar>
              <w:top w:w="40" w:type="dxa"/>
              <w:left w:w="65" w:type="dxa"/>
              <w:bottom w:w="0" w:type="dxa"/>
              <w:right w:w="65" w:type="dxa"/>
            </w:tcMar>
          </w:tcPr>
          <w:p w14:paraId="37C24D76" w14:textId="5DB781C2" w:rsidR="00C757D7" w:rsidRDefault="00000000">
            <w:pPr>
              <w:spacing w:line="240" w:lineRule="exact"/>
            </w:pPr>
            <w:r>
              <w:rPr>
                <w:color w:val="000000"/>
              </w:rPr>
              <w:t xml:space="preserve">8-12 Family </w:t>
            </w:r>
            <w:r>
              <w:br/>
            </w:r>
            <w:r>
              <w:rPr>
                <w:color w:val="000000"/>
              </w:rPr>
              <w:t xml:space="preserve">Medicine Rotation - </w:t>
            </w:r>
            <w:r>
              <w:br/>
            </w:r>
            <w:r>
              <w:rPr>
                <w:color w:val="000000"/>
              </w:rPr>
              <w:t xml:space="preserve">CESAPU </w:t>
            </w:r>
            <w:r>
              <w:br/>
            </w:r>
            <w:r>
              <w:br/>
            </w:r>
            <w:r>
              <w:br/>
            </w:r>
            <w:r>
              <w:rPr>
                <w:color w:val="000000"/>
              </w:rPr>
              <w:t xml:space="preserve">2-6pm: Afternoon in </w:t>
            </w:r>
            <w:r>
              <w:br/>
            </w:r>
            <w:r>
              <w:rPr>
                <w:color w:val="000000"/>
              </w:rPr>
              <w:t xml:space="preserve">Cesapu w/ PT </w:t>
            </w:r>
            <w:r>
              <w:br/>
            </w:r>
            <w:r>
              <w:br/>
            </w:r>
          </w:p>
        </w:tc>
        <w:tc>
          <w:tcPr>
            <w:tcW w:w="2077" w:type="dxa"/>
            <w:tcMar>
              <w:top w:w="40" w:type="dxa"/>
              <w:left w:w="65" w:type="dxa"/>
              <w:bottom w:w="0" w:type="dxa"/>
              <w:right w:w="65" w:type="dxa"/>
            </w:tcMar>
          </w:tcPr>
          <w:p w14:paraId="34226E9A" w14:textId="0CA7200C" w:rsidR="00C757D7" w:rsidRDefault="00000000">
            <w:pPr>
              <w:spacing w:line="240" w:lineRule="exact"/>
            </w:pPr>
            <w:r>
              <w:rPr>
                <w:color w:val="000000"/>
              </w:rPr>
              <w:t xml:space="preserve">7:45-12 Health </w:t>
            </w:r>
            <w:r>
              <w:br/>
            </w:r>
            <w:r>
              <w:rPr>
                <w:color w:val="000000"/>
              </w:rPr>
              <w:t xml:space="preserve">Campaign @ </w:t>
            </w:r>
            <w:r>
              <w:br/>
            </w:r>
            <w:r>
              <w:rPr>
                <w:color w:val="000000"/>
              </w:rPr>
              <w:t xml:space="preserve">Huanchaco </w:t>
            </w:r>
            <w:r>
              <w:br/>
            </w:r>
            <w:r>
              <w:br/>
            </w:r>
          </w:p>
        </w:tc>
      </w:tr>
      <w:tr w:rsidR="00C757D7" w14:paraId="65ED27FC" w14:textId="77777777">
        <w:trPr>
          <w:trHeight w:hRule="exact" w:val="284"/>
        </w:trPr>
        <w:tc>
          <w:tcPr>
            <w:tcW w:w="2077" w:type="dxa"/>
            <w:tcMar>
              <w:top w:w="0" w:type="dxa"/>
              <w:left w:w="0" w:type="dxa"/>
              <w:bottom w:w="0" w:type="dxa"/>
              <w:right w:w="45" w:type="dxa"/>
            </w:tcMar>
          </w:tcPr>
          <w:p w14:paraId="35968ADE" w14:textId="77777777" w:rsidR="00C757D7" w:rsidRDefault="00000000">
            <w:pPr>
              <w:spacing w:line="238" w:lineRule="exact"/>
              <w:jc w:val="right"/>
            </w:pPr>
            <w:r>
              <w:rPr>
                <w:color w:val="000000"/>
              </w:rPr>
              <w:t>8</w:t>
            </w: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45" w:type="dxa"/>
            </w:tcMar>
          </w:tcPr>
          <w:p w14:paraId="6B5A486D" w14:textId="77777777" w:rsidR="00C757D7" w:rsidRDefault="00000000">
            <w:pPr>
              <w:spacing w:line="238" w:lineRule="exact"/>
              <w:jc w:val="right"/>
            </w:pPr>
            <w:r>
              <w:rPr>
                <w:color w:val="000000"/>
              </w:rPr>
              <w:t>9</w:t>
            </w: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45" w:type="dxa"/>
            </w:tcMar>
          </w:tcPr>
          <w:p w14:paraId="01997F61" w14:textId="77777777" w:rsidR="00C757D7" w:rsidRDefault="00000000">
            <w:pPr>
              <w:spacing w:line="238" w:lineRule="exact"/>
              <w:jc w:val="right"/>
            </w:pPr>
            <w:r>
              <w:rPr>
                <w:color w:val="000000"/>
              </w:rPr>
              <w:t>10</w:t>
            </w: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45" w:type="dxa"/>
            </w:tcMar>
          </w:tcPr>
          <w:p w14:paraId="78B8506D" w14:textId="77777777" w:rsidR="00C757D7" w:rsidRDefault="00000000">
            <w:pPr>
              <w:spacing w:line="238" w:lineRule="exact"/>
              <w:jc w:val="right"/>
            </w:pPr>
            <w:r>
              <w:rPr>
                <w:color w:val="000000"/>
              </w:rPr>
              <w:t>11</w:t>
            </w: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45" w:type="dxa"/>
            </w:tcMar>
          </w:tcPr>
          <w:p w14:paraId="51F25B89" w14:textId="77777777" w:rsidR="00C757D7" w:rsidRDefault="00000000">
            <w:pPr>
              <w:spacing w:line="238" w:lineRule="exact"/>
              <w:jc w:val="right"/>
            </w:pPr>
            <w:r>
              <w:rPr>
                <w:color w:val="000000"/>
              </w:rPr>
              <w:t>12</w:t>
            </w: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45" w:type="dxa"/>
            </w:tcMar>
          </w:tcPr>
          <w:p w14:paraId="59AE7866" w14:textId="77777777" w:rsidR="00C757D7" w:rsidRDefault="00000000">
            <w:pPr>
              <w:spacing w:line="238" w:lineRule="exact"/>
              <w:jc w:val="right"/>
            </w:pPr>
            <w:r>
              <w:rPr>
                <w:color w:val="000000"/>
              </w:rPr>
              <w:t>13</w:t>
            </w: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45" w:type="dxa"/>
            </w:tcMar>
          </w:tcPr>
          <w:p w14:paraId="154DD4E6" w14:textId="77777777" w:rsidR="00C757D7" w:rsidRDefault="00000000">
            <w:pPr>
              <w:spacing w:line="238" w:lineRule="exact"/>
              <w:jc w:val="right"/>
            </w:pPr>
            <w:r>
              <w:rPr>
                <w:color w:val="000000"/>
              </w:rPr>
              <w:t>14</w:t>
            </w:r>
          </w:p>
        </w:tc>
      </w:tr>
      <w:tr w:rsidR="00C757D7" w14:paraId="078FB777" w14:textId="77777777">
        <w:trPr>
          <w:trHeight w:hRule="exact" w:val="3200"/>
        </w:trPr>
        <w:tc>
          <w:tcPr>
            <w:tcW w:w="2077" w:type="dxa"/>
            <w:tcMar>
              <w:top w:w="40" w:type="dxa"/>
              <w:left w:w="65" w:type="dxa"/>
              <w:bottom w:w="0" w:type="dxa"/>
              <w:right w:w="65" w:type="dxa"/>
            </w:tcMar>
          </w:tcPr>
          <w:p w14:paraId="5623E3BC" w14:textId="77777777" w:rsidR="00C757D7" w:rsidRDefault="00000000">
            <w:pPr>
              <w:spacing w:line="240" w:lineRule="exact"/>
            </w:pPr>
            <w:r>
              <w:rPr>
                <w:color w:val="000000"/>
              </w:rPr>
              <w:t>Tour of Chan Chan</w:t>
            </w:r>
          </w:p>
        </w:tc>
        <w:tc>
          <w:tcPr>
            <w:tcW w:w="2077" w:type="dxa"/>
            <w:tcMar>
              <w:top w:w="40" w:type="dxa"/>
              <w:left w:w="65" w:type="dxa"/>
              <w:bottom w:w="0" w:type="dxa"/>
              <w:right w:w="65" w:type="dxa"/>
            </w:tcMar>
          </w:tcPr>
          <w:p w14:paraId="39E4806F" w14:textId="77777777" w:rsidR="00C757D7" w:rsidRDefault="00000000">
            <w:pPr>
              <w:spacing w:line="240" w:lineRule="exact"/>
            </w:pPr>
            <w:r>
              <w:rPr>
                <w:color w:val="000000"/>
              </w:rPr>
              <w:t xml:space="preserve">8:30-12: Rotation w/ </w:t>
            </w:r>
            <w:r>
              <w:br/>
            </w:r>
            <w:r>
              <w:rPr>
                <w:color w:val="000000"/>
              </w:rPr>
              <w:t xml:space="preserve">Dr. Diana de la Cruz 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color w:val="000000"/>
              </w:rPr>
              <w:t xml:space="preserve">3-6pm: Rotation @ </w:t>
            </w:r>
            <w:r>
              <w:br/>
            </w:r>
            <w:r>
              <w:rPr>
                <w:color w:val="000000"/>
              </w:rPr>
              <w:t xml:space="preserve">Cesapu (Cooking </w:t>
            </w:r>
            <w:r>
              <w:br/>
            </w:r>
            <w:r>
              <w:rPr>
                <w:color w:val="000000"/>
              </w:rPr>
              <w:t xml:space="preserve">class, infant </w:t>
            </w:r>
            <w:r>
              <w:br/>
            </w:r>
            <w:r>
              <w:rPr>
                <w:color w:val="000000"/>
              </w:rPr>
              <w:t xml:space="preserve">development class, </w:t>
            </w:r>
            <w:r>
              <w:br/>
            </w:r>
            <w:r>
              <w:rPr>
                <w:color w:val="000000"/>
              </w:rPr>
              <w:t>kids program)</w:t>
            </w:r>
          </w:p>
        </w:tc>
        <w:tc>
          <w:tcPr>
            <w:tcW w:w="2077" w:type="dxa"/>
            <w:tcMar>
              <w:top w:w="40" w:type="dxa"/>
              <w:left w:w="65" w:type="dxa"/>
              <w:bottom w:w="0" w:type="dxa"/>
              <w:right w:w="65" w:type="dxa"/>
            </w:tcMar>
          </w:tcPr>
          <w:p w14:paraId="0E1FF3B3" w14:textId="77777777" w:rsidR="00C757D7" w:rsidRDefault="00000000">
            <w:pPr>
              <w:spacing w:line="240" w:lineRule="exact"/>
            </w:pPr>
            <w:r>
              <w:rPr>
                <w:color w:val="000000"/>
              </w:rPr>
              <w:t xml:space="preserve">8am: Free morning </w:t>
            </w:r>
            <w:r>
              <w:br/>
            </w:r>
            <w:r>
              <w:rPr>
                <w:color w:val="000000"/>
              </w:rPr>
              <w:t xml:space="preserve">or Rotation in PT/ </w:t>
            </w:r>
            <w:r>
              <w:br/>
            </w:r>
            <w:r>
              <w:rPr>
                <w:color w:val="000000"/>
              </w:rPr>
              <w:t xml:space="preserve">Dental 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color w:val="000000"/>
              </w:rPr>
              <w:t xml:space="preserve">2-6pm Cesapu </w:t>
            </w:r>
            <w:r>
              <w:br/>
            </w:r>
            <w:r>
              <w:rPr>
                <w:color w:val="000000"/>
              </w:rPr>
              <w:t xml:space="preserve">Rotation (Dental, PT, </w:t>
            </w:r>
            <w:r>
              <w:br/>
            </w:r>
            <w:r>
              <w:rPr>
                <w:color w:val="000000"/>
              </w:rPr>
              <w:t>psych)</w:t>
            </w:r>
          </w:p>
        </w:tc>
        <w:tc>
          <w:tcPr>
            <w:tcW w:w="2077" w:type="dxa"/>
            <w:tcMar>
              <w:top w:w="40" w:type="dxa"/>
              <w:left w:w="65" w:type="dxa"/>
              <w:bottom w:w="0" w:type="dxa"/>
              <w:right w:w="65" w:type="dxa"/>
            </w:tcMar>
          </w:tcPr>
          <w:p w14:paraId="7AD4D78A" w14:textId="77777777" w:rsidR="00C757D7" w:rsidRDefault="00000000">
            <w:pPr>
              <w:spacing w:line="240" w:lineRule="exact"/>
            </w:pPr>
            <w:r>
              <w:rPr>
                <w:color w:val="000000"/>
              </w:rPr>
              <w:t xml:space="preserve">8-12 Ultrasound </w:t>
            </w:r>
            <w:r>
              <w:br/>
            </w:r>
            <w:r>
              <w:rPr>
                <w:color w:val="000000"/>
              </w:rPr>
              <w:t xml:space="preserve">Rotation - CESAPU </w:t>
            </w:r>
            <w:r>
              <w:br/>
            </w:r>
            <w:r>
              <w:br/>
            </w:r>
            <w:r>
              <w:br/>
            </w:r>
            <w:r>
              <w:rPr>
                <w:color w:val="000000"/>
              </w:rPr>
              <w:t xml:space="preserve">Free afternoon OR </w:t>
            </w:r>
            <w:r>
              <w:br/>
            </w:r>
            <w:r>
              <w:rPr>
                <w:color w:val="000000"/>
              </w:rPr>
              <w:t>Kids program</w:t>
            </w:r>
          </w:p>
        </w:tc>
        <w:tc>
          <w:tcPr>
            <w:tcW w:w="2077" w:type="dxa"/>
            <w:tcMar>
              <w:top w:w="40" w:type="dxa"/>
              <w:left w:w="65" w:type="dxa"/>
              <w:bottom w:w="0" w:type="dxa"/>
              <w:right w:w="65" w:type="dxa"/>
            </w:tcMar>
          </w:tcPr>
          <w:p w14:paraId="525DCE34" w14:textId="77777777" w:rsidR="00C757D7" w:rsidRDefault="00000000">
            <w:pPr>
              <w:spacing w:line="240" w:lineRule="exact"/>
            </w:pPr>
            <w:r>
              <w:rPr>
                <w:color w:val="000000"/>
              </w:rPr>
              <w:t xml:space="preserve">8am: Rotation @ </w:t>
            </w:r>
            <w:r>
              <w:br/>
            </w:r>
            <w:r>
              <w:rPr>
                <w:color w:val="000000"/>
              </w:rPr>
              <w:t xml:space="preserve">Centro de Salud </w:t>
            </w:r>
            <w:r>
              <w:br/>
            </w:r>
            <w:r>
              <w:rPr>
                <w:color w:val="000000"/>
              </w:rPr>
              <w:t xml:space="preserve">Huanchaco 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color w:val="000000"/>
              </w:rPr>
              <w:t xml:space="preserve">2-6pm: Free </w:t>
            </w:r>
            <w:r>
              <w:br/>
            </w:r>
            <w:r>
              <w:rPr>
                <w:color w:val="000000"/>
              </w:rPr>
              <w:t>afternoon or Dental/</w:t>
            </w:r>
            <w:r>
              <w:br/>
            </w:r>
            <w:r>
              <w:rPr>
                <w:color w:val="000000"/>
              </w:rPr>
              <w:t>PT rotations</w:t>
            </w:r>
          </w:p>
        </w:tc>
        <w:tc>
          <w:tcPr>
            <w:tcW w:w="2077" w:type="dxa"/>
            <w:tcMar>
              <w:top w:w="40" w:type="dxa"/>
              <w:left w:w="65" w:type="dxa"/>
              <w:bottom w:w="0" w:type="dxa"/>
              <w:right w:w="65" w:type="dxa"/>
            </w:tcMar>
          </w:tcPr>
          <w:p w14:paraId="73BC9181" w14:textId="77777777" w:rsidR="00C757D7" w:rsidRDefault="00000000">
            <w:pPr>
              <w:spacing w:line="240" w:lineRule="exact"/>
            </w:pPr>
            <w:r>
              <w:rPr>
                <w:color w:val="000000"/>
              </w:rPr>
              <w:t xml:space="preserve">8-12 Family </w:t>
            </w:r>
            <w:r>
              <w:br/>
            </w:r>
            <w:r>
              <w:rPr>
                <w:color w:val="000000"/>
              </w:rPr>
              <w:t xml:space="preserve">Medicine Rotation - </w:t>
            </w:r>
            <w:r>
              <w:br/>
            </w:r>
            <w:r>
              <w:rPr>
                <w:color w:val="000000"/>
              </w:rPr>
              <w:t xml:space="preserve">CESAPU </w:t>
            </w:r>
            <w:r>
              <w:br/>
            </w:r>
            <w:r>
              <w:br/>
            </w:r>
            <w:r>
              <w:br/>
            </w:r>
            <w:r>
              <w:rPr>
                <w:color w:val="000000"/>
              </w:rPr>
              <w:t xml:space="preserve">2-6pm: Afternoon in </w:t>
            </w:r>
            <w:r>
              <w:br/>
            </w:r>
            <w:r>
              <w:rPr>
                <w:color w:val="000000"/>
              </w:rPr>
              <w:t xml:space="preserve">Cesapu w/ Knitting </w:t>
            </w:r>
            <w:r>
              <w:br/>
            </w:r>
            <w:r>
              <w:rPr>
                <w:color w:val="000000"/>
              </w:rPr>
              <w:t>program, &amp; PT</w:t>
            </w:r>
          </w:p>
        </w:tc>
        <w:tc>
          <w:tcPr>
            <w:tcW w:w="2077" w:type="dxa"/>
            <w:tcMar>
              <w:top w:w="40" w:type="dxa"/>
              <w:left w:w="65" w:type="dxa"/>
              <w:bottom w:w="0" w:type="dxa"/>
              <w:right w:w="65" w:type="dxa"/>
            </w:tcMar>
          </w:tcPr>
          <w:p w14:paraId="2427024B" w14:textId="2519E233" w:rsidR="00C757D7" w:rsidRDefault="00000000">
            <w:pPr>
              <w:spacing w:line="240" w:lineRule="exact"/>
            </w:pPr>
            <w:r>
              <w:rPr>
                <w:i/>
                <w:color w:val="00A0A3"/>
              </w:rPr>
              <w:t xml:space="preserve">Free weekend </w:t>
            </w:r>
            <w:r>
              <w:br/>
            </w:r>
            <w:r>
              <w:br/>
            </w:r>
          </w:p>
        </w:tc>
      </w:tr>
      <w:tr w:rsidR="00C757D7" w14:paraId="5675B459" w14:textId="77777777">
        <w:trPr>
          <w:trHeight w:hRule="exact" w:val="284"/>
        </w:trPr>
        <w:tc>
          <w:tcPr>
            <w:tcW w:w="2077" w:type="dxa"/>
            <w:tcMar>
              <w:top w:w="0" w:type="dxa"/>
              <w:left w:w="0" w:type="dxa"/>
              <w:bottom w:w="0" w:type="dxa"/>
              <w:right w:w="45" w:type="dxa"/>
            </w:tcMar>
          </w:tcPr>
          <w:p w14:paraId="2F7DF6E5" w14:textId="77777777" w:rsidR="00C757D7" w:rsidRDefault="00000000">
            <w:pPr>
              <w:spacing w:line="238" w:lineRule="exact"/>
              <w:jc w:val="right"/>
            </w:pPr>
            <w:r>
              <w:rPr>
                <w:color w:val="000000"/>
              </w:rPr>
              <w:t>15</w:t>
            </w: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45" w:type="dxa"/>
            </w:tcMar>
          </w:tcPr>
          <w:p w14:paraId="0E757E8B" w14:textId="77777777" w:rsidR="00C757D7" w:rsidRDefault="00000000">
            <w:pPr>
              <w:spacing w:line="238" w:lineRule="exact"/>
              <w:jc w:val="right"/>
            </w:pPr>
            <w:r>
              <w:rPr>
                <w:color w:val="000000"/>
              </w:rPr>
              <w:t>16</w:t>
            </w: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45" w:type="dxa"/>
            </w:tcMar>
          </w:tcPr>
          <w:p w14:paraId="4C845BAF" w14:textId="77777777" w:rsidR="00C757D7" w:rsidRDefault="00000000">
            <w:pPr>
              <w:spacing w:line="238" w:lineRule="exact"/>
              <w:jc w:val="right"/>
            </w:pPr>
            <w:r>
              <w:rPr>
                <w:color w:val="000000"/>
              </w:rPr>
              <w:t>17</w:t>
            </w: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45" w:type="dxa"/>
            </w:tcMar>
          </w:tcPr>
          <w:p w14:paraId="0CBE2377" w14:textId="77777777" w:rsidR="00C757D7" w:rsidRDefault="00000000">
            <w:pPr>
              <w:spacing w:line="238" w:lineRule="exact"/>
              <w:jc w:val="right"/>
            </w:pPr>
            <w:r>
              <w:rPr>
                <w:color w:val="000000"/>
              </w:rPr>
              <w:t>18</w:t>
            </w: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45" w:type="dxa"/>
            </w:tcMar>
          </w:tcPr>
          <w:p w14:paraId="75634C5E" w14:textId="77777777" w:rsidR="00C757D7" w:rsidRDefault="00000000">
            <w:pPr>
              <w:spacing w:line="238" w:lineRule="exact"/>
              <w:jc w:val="right"/>
            </w:pPr>
            <w:r>
              <w:rPr>
                <w:color w:val="000000"/>
              </w:rPr>
              <w:t>19</w:t>
            </w: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45" w:type="dxa"/>
            </w:tcMar>
          </w:tcPr>
          <w:p w14:paraId="7D759E91" w14:textId="77777777" w:rsidR="00C757D7" w:rsidRDefault="00000000">
            <w:pPr>
              <w:spacing w:line="238" w:lineRule="exact"/>
              <w:jc w:val="right"/>
            </w:pPr>
            <w:r>
              <w:rPr>
                <w:color w:val="000000"/>
              </w:rPr>
              <w:t>20</w:t>
            </w: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45" w:type="dxa"/>
            </w:tcMar>
          </w:tcPr>
          <w:p w14:paraId="24511A96" w14:textId="77777777" w:rsidR="00C757D7" w:rsidRDefault="00000000">
            <w:pPr>
              <w:spacing w:line="238" w:lineRule="exact"/>
              <w:jc w:val="right"/>
            </w:pPr>
            <w:r>
              <w:rPr>
                <w:color w:val="000000"/>
              </w:rPr>
              <w:t>21</w:t>
            </w:r>
          </w:p>
        </w:tc>
      </w:tr>
      <w:tr w:rsidR="00C757D7" w14:paraId="63F0E2AD" w14:textId="77777777">
        <w:trPr>
          <w:trHeight w:hRule="exact" w:val="2631"/>
        </w:trPr>
        <w:tc>
          <w:tcPr>
            <w:tcW w:w="2077" w:type="dxa"/>
            <w:tcMar>
              <w:top w:w="40" w:type="dxa"/>
              <w:left w:w="65" w:type="dxa"/>
              <w:bottom w:w="0" w:type="dxa"/>
              <w:right w:w="65" w:type="dxa"/>
            </w:tcMar>
          </w:tcPr>
          <w:p w14:paraId="7C949B96" w14:textId="77777777" w:rsidR="00C757D7" w:rsidRDefault="00000000">
            <w:pPr>
              <w:spacing w:line="240" w:lineRule="exact"/>
            </w:pPr>
            <w:r>
              <w:rPr>
                <w:i/>
                <w:color w:val="00A0A3"/>
              </w:rPr>
              <w:t>Free weekend</w:t>
            </w:r>
          </w:p>
        </w:tc>
        <w:tc>
          <w:tcPr>
            <w:tcW w:w="2077" w:type="dxa"/>
            <w:tcMar>
              <w:top w:w="40" w:type="dxa"/>
              <w:left w:w="65" w:type="dxa"/>
              <w:bottom w:w="0" w:type="dxa"/>
              <w:right w:w="65" w:type="dxa"/>
            </w:tcMar>
          </w:tcPr>
          <w:p w14:paraId="6C21C0DA" w14:textId="77777777" w:rsidR="00C757D7" w:rsidRDefault="00000000">
            <w:pPr>
              <w:spacing w:line="240" w:lineRule="exact"/>
            </w:pPr>
            <w:r>
              <w:rPr>
                <w:color w:val="000000"/>
              </w:rPr>
              <w:t xml:space="preserve">8:30-12: Rotation w/ </w:t>
            </w:r>
            <w:r>
              <w:br/>
            </w:r>
            <w:r>
              <w:rPr>
                <w:color w:val="000000"/>
              </w:rPr>
              <w:t xml:space="preserve">Dr. Diana de la Cruz 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color w:val="000000"/>
              </w:rPr>
              <w:t xml:space="preserve">3-6pm: Rotation @ </w:t>
            </w:r>
            <w:r>
              <w:br/>
            </w:r>
            <w:r>
              <w:rPr>
                <w:color w:val="000000"/>
              </w:rPr>
              <w:t xml:space="preserve">Cesapu (Cooking </w:t>
            </w:r>
            <w:r>
              <w:br/>
            </w:r>
            <w:r>
              <w:rPr>
                <w:color w:val="000000"/>
              </w:rPr>
              <w:t xml:space="preserve">class, infant </w:t>
            </w:r>
            <w:r>
              <w:br/>
            </w:r>
            <w:r>
              <w:rPr>
                <w:color w:val="000000"/>
              </w:rPr>
              <w:t xml:space="preserve">development class, </w:t>
            </w:r>
            <w:r>
              <w:br/>
            </w:r>
            <w:r>
              <w:rPr>
                <w:color w:val="000000"/>
              </w:rPr>
              <w:t>kids program)</w:t>
            </w:r>
          </w:p>
        </w:tc>
        <w:tc>
          <w:tcPr>
            <w:tcW w:w="2077" w:type="dxa"/>
            <w:tcMar>
              <w:top w:w="40" w:type="dxa"/>
              <w:left w:w="65" w:type="dxa"/>
              <w:bottom w:w="0" w:type="dxa"/>
              <w:right w:w="65" w:type="dxa"/>
            </w:tcMar>
          </w:tcPr>
          <w:p w14:paraId="65F052AB" w14:textId="77777777" w:rsidR="00C757D7" w:rsidRDefault="00000000">
            <w:pPr>
              <w:spacing w:line="240" w:lineRule="exact"/>
            </w:pPr>
            <w:r>
              <w:rPr>
                <w:color w:val="000000"/>
              </w:rPr>
              <w:t xml:space="preserve">8am: Free morning </w:t>
            </w:r>
            <w:r>
              <w:br/>
            </w:r>
            <w:r>
              <w:rPr>
                <w:color w:val="000000"/>
              </w:rPr>
              <w:t xml:space="preserve">or Rotation in PT/ </w:t>
            </w:r>
            <w:r>
              <w:br/>
            </w:r>
            <w:r>
              <w:rPr>
                <w:color w:val="000000"/>
              </w:rPr>
              <w:t xml:space="preserve">Dental 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color w:val="000000"/>
              </w:rPr>
              <w:t xml:space="preserve">2-6pm Cesapu </w:t>
            </w:r>
            <w:r>
              <w:br/>
            </w:r>
            <w:r>
              <w:rPr>
                <w:color w:val="000000"/>
              </w:rPr>
              <w:t xml:space="preserve">Rotation (Dental, PT, </w:t>
            </w:r>
            <w:r>
              <w:br/>
            </w:r>
            <w:r>
              <w:rPr>
                <w:color w:val="000000"/>
              </w:rPr>
              <w:t>psych)</w:t>
            </w:r>
          </w:p>
        </w:tc>
        <w:tc>
          <w:tcPr>
            <w:tcW w:w="2077" w:type="dxa"/>
            <w:tcMar>
              <w:top w:w="40" w:type="dxa"/>
              <w:left w:w="65" w:type="dxa"/>
              <w:bottom w:w="0" w:type="dxa"/>
              <w:right w:w="65" w:type="dxa"/>
            </w:tcMar>
          </w:tcPr>
          <w:p w14:paraId="4FA0647A" w14:textId="77777777" w:rsidR="00C757D7" w:rsidRDefault="00000000">
            <w:pPr>
              <w:spacing w:line="240" w:lineRule="exact"/>
            </w:pPr>
            <w:r>
              <w:rPr>
                <w:color w:val="000000"/>
              </w:rPr>
              <w:t xml:space="preserve">8-12 Ultrasound </w:t>
            </w:r>
            <w:r>
              <w:br/>
            </w:r>
            <w:r>
              <w:rPr>
                <w:color w:val="000000"/>
              </w:rPr>
              <w:t xml:space="preserve">Rotation - CESAPU </w:t>
            </w:r>
            <w:r>
              <w:br/>
            </w:r>
            <w:r>
              <w:br/>
            </w:r>
            <w:r>
              <w:br/>
            </w:r>
            <w:r>
              <w:rPr>
                <w:color w:val="000000"/>
              </w:rPr>
              <w:t xml:space="preserve">Free afternoon OR </w:t>
            </w:r>
            <w:r>
              <w:br/>
            </w:r>
            <w:r>
              <w:rPr>
                <w:color w:val="000000"/>
              </w:rPr>
              <w:t>Kids program</w:t>
            </w:r>
          </w:p>
        </w:tc>
        <w:tc>
          <w:tcPr>
            <w:tcW w:w="2077" w:type="dxa"/>
            <w:tcMar>
              <w:top w:w="40" w:type="dxa"/>
              <w:left w:w="65" w:type="dxa"/>
              <w:bottom w:w="0" w:type="dxa"/>
              <w:right w:w="65" w:type="dxa"/>
            </w:tcMar>
          </w:tcPr>
          <w:p w14:paraId="573B8DE9" w14:textId="77777777" w:rsidR="00C757D7" w:rsidRDefault="00000000">
            <w:pPr>
              <w:spacing w:line="240" w:lineRule="exact"/>
            </w:pPr>
            <w:r>
              <w:rPr>
                <w:color w:val="000000"/>
              </w:rPr>
              <w:t xml:space="preserve">8am: Rotation @ </w:t>
            </w:r>
            <w:r>
              <w:br/>
            </w:r>
            <w:r>
              <w:rPr>
                <w:color w:val="000000"/>
              </w:rPr>
              <w:t xml:space="preserve">Centro de Salud </w:t>
            </w:r>
            <w:r>
              <w:br/>
            </w:r>
            <w:r>
              <w:rPr>
                <w:color w:val="000000"/>
              </w:rPr>
              <w:t xml:space="preserve">Huanchaco 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color w:val="000000"/>
              </w:rPr>
              <w:t xml:space="preserve">2-6pm: Free </w:t>
            </w:r>
            <w:r>
              <w:br/>
            </w:r>
            <w:r>
              <w:rPr>
                <w:color w:val="000000"/>
              </w:rPr>
              <w:t>afternoon or Dental/</w:t>
            </w:r>
            <w:r>
              <w:br/>
            </w:r>
            <w:r>
              <w:rPr>
                <w:color w:val="000000"/>
              </w:rPr>
              <w:t>PT rotations</w:t>
            </w:r>
          </w:p>
        </w:tc>
        <w:tc>
          <w:tcPr>
            <w:tcW w:w="2077" w:type="dxa"/>
            <w:tcMar>
              <w:top w:w="40" w:type="dxa"/>
              <w:left w:w="65" w:type="dxa"/>
              <w:bottom w:w="0" w:type="dxa"/>
              <w:right w:w="65" w:type="dxa"/>
            </w:tcMar>
          </w:tcPr>
          <w:p w14:paraId="22C00B92" w14:textId="77777777" w:rsidR="00C757D7" w:rsidRDefault="00000000">
            <w:pPr>
              <w:spacing w:line="240" w:lineRule="exact"/>
            </w:pPr>
            <w:r>
              <w:rPr>
                <w:color w:val="000000"/>
              </w:rPr>
              <w:t xml:space="preserve">8-12 Family </w:t>
            </w:r>
            <w:r>
              <w:br/>
            </w:r>
            <w:r>
              <w:rPr>
                <w:color w:val="000000"/>
              </w:rPr>
              <w:t xml:space="preserve">Medicine Rotation - </w:t>
            </w:r>
            <w:r>
              <w:br/>
            </w:r>
            <w:r>
              <w:rPr>
                <w:color w:val="000000"/>
              </w:rPr>
              <w:t xml:space="preserve">CESAPU </w:t>
            </w:r>
            <w:r>
              <w:br/>
            </w:r>
            <w:r>
              <w:br/>
            </w:r>
            <w:r>
              <w:br/>
            </w:r>
            <w:r>
              <w:rPr>
                <w:color w:val="000000"/>
              </w:rPr>
              <w:t xml:space="preserve">2-6pm: Afternoon in </w:t>
            </w:r>
            <w:r>
              <w:br/>
            </w:r>
            <w:r>
              <w:rPr>
                <w:color w:val="000000"/>
              </w:rPr>
              <w:t xml:space="preserve">Cesapu w/ Knitting </w:t>
            </w:r>
            <w:r>
              <w:br/>
            </w:r>
            <w:r>
              <w:rPr>
                <w:color w:val="000000"/>
              </w:rPr>
              <w:t>program &amp; PT</w:t>
            </w:r>
          </w:p>
        </w:tc>
        <w:tc>
          <w:tcPr>
            <w:tcW w:w="2077" w:type="dxa"/>
            <w:tcMar>
              <w:top w:w="40" w:type="dxa"/>
              <w:left w:w="65" w:type="dxa"/>
              <w:bottom w:w="0" w:type="dxa"/>
              <w:right w:w="65" w:type="dxa"/>
            </w:tcMar>
          </w:tcPr>
          <w:p w14:paraId="3C88B768" w14:textId="77777777" w:rsidR="00C757D7" w:rsidRDefault="00000000">
            <w:pPr>
              <w:spacing w:line="240" w:lineRule="exact"/>
            </w:pPr>
            <w:r>
              <w:rPr>
                <w:color w:val="000000"/>
              </w:rPr>
              <w:t xml:space="preserve">Nutrition Class 1/2 </w:t>
            </w:r>
            <w:r>
              <w:br/>
            </w:r>
            <w:r>
              <w:rPr>
                <w:color w:val="000000"/>
              </w:rPr>
              <w:t xml:space="preserve">(location and time </w:t>
            </w:r>
            <w:r>
              <w:br/>
            </w:r>
            <w:r>
              <w:rPr>
                <w:color w:val="000000"/>
              </w:rPr>
              <w:t>TBD)</w:t>
            </w:r>
          </w:p>
        </w:tc>
      </w:tr>
      <w:tr w:rsidR="00C757D7" w14:paraId="3BE70DF2" w14:textId="77777777">
        <w:trPr>
          <w:trHeight w:hRule="exact" w:val="284"/>
        </w:trPr>
        <w:tc>
          <w:tcPr>
            <w:tcW w:w="2077" w:type="dxa"/>
            <w:tcMar>
              <w:top w:w="0" w:type="dxa"/>
              <w:left w:w="0" w:type="dxa"/>
              <w:bottom w:w="0" w:type="dxa"/>
              <w:right w:w="45" w:type="dxa"/>
            </w:tcMar>
          </w:tcPr>
          <w:p w14:paraId="2B34F525" w14:textId="77777777" w:rsidR="00C757D7" w:rsidRDefault="00000000">
            <w:pPr>
              <w:spacing w:line="238" w:lineRule="exact"/>
              <w:jc w:val="right"/>
            </w:pPr>
            <w:r>
              <w:rPr>
                <w:color w:val="000000"/>
              </w:rPr>
              <w:t>22</w:t>
            </w: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45" w:type="dxa"/>
            </w:tcMar>
          </w:tcPr>
          <w:p w14:paraId="29AD4E4E" w14:textId="77777777" w:rsidR="00C757D7" w:rsidRDefault="00000000">
            <w:pPr>
              <w:spacing w:line="238" w:lineRule="exact"/>
              <w:jc w:val="right"/>
            </w:pPr>
            <w:r>
              <w:rPr>
                <w:color w:val="000000"/>
              </w:rPr>
              <w:t>23</w:t>
            </w: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45" w:type="dxa"/>
            </w:tcMar>
          </w:tcPr>
          <w:p w14:paraId="78A1D336" w14:textId="77777777" w:rsidR="00C757D7" w:rsidRDefault="00000000">
            <w:pPr>
              <w:spacing w:line="238" w:lineRule="exact"/>
              <w:jc w:val="right"/>
            </w:pPr>
            <w:r>
              <w:rPr>
                <w:color w:val="000000"/>
              </w:rPr>
              <w:t>24</w:t>
            </w: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45" w:type="dxa"/>
            </w:tcMar>
          </w:tcPr>
          <w:p w14:paraId="7330A664" w14:textId="77777777" w:rsidR="00C757D7" w:rsidRDefault="00000000">
            <w:pPr>
              <w:spacing w:line="238" w:lineRule="exact"/>
              <w:jc w:val="right"/>
            </w:pPr>
            <w:r>
              <w:rPr>
                <w:color w:val="000000"/>
              </w:rPr>
              <w:t>25</w:t>
            </w: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45" w:type="dxa"/>
            </w:tcMar>
          </w:tcPr>
          <w:p w14:paraId="2C6C3A33" w14:textId="77777777" w:rsidR="00C757D7" w:rsidRDefault="00000000">
            <w:pPr>
              <w:spacing w:line="238" w:lineRule="exact"/>
              <w:jc w:val="right"/>
            </w:pPr>
            <w:r>
              <w:rPr>
                <w:color w:val="000000"/>
              </w:rPr>
              <w:t>26</w:t>
            </w: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45" w:type="dxa"/>
            </w:tcMar>
          </w:tcPr>
          <w:p w14:paraId="4F017158" w14:textId="77777777" w:rsidR="00C757D7" w:rsidRDefault="00000000">
            <w:pPr>
              <w:spacing w:line="238" w:lineRule="exact"/>
              <w:jc w:val="right"/>
            </w:pPr>
            <w:r>
              <w:rPr>
                <w:color w:val="000000"/>
              </w:rPr>
              <w:t>27</w:t>
            </w: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45" w:type="dxa"/>
            </w:tcMar>
          </w:tcPr>
          <w:p w14:paraId="05662D5D" w14:textId="77777777" w:rsidR="00C757D7" w:rsidRDefault="00000000">
            <w:pPr>
              <w:spacing w:line="238" w:lineRule="exact"/>
              <w:jc w:val="right"/>
            </w:pPr>
            <w:r>
              <w:rPr>
                <w:color w:val="000000"/>
              </w:rPr>
              <w:t>28</w:t>
            </w:r>
          </w:p>
        </w:tc>
      </w:tr>
      <w:tr w:rsidR="00C757D7" w14:paraId="4516CAD9" w14:textId="77777777">
        <w:trPr>
          <w:trHeight w:hRule="exact" w:val="2868"/>
        </w:trPr>
        <w:tc>
          <w:tcPr>
            <w:tcW w:w="2077" w:type="dxa"/>
            <w:tcMar>
              <w:top w:w="40" w:type="dxa"/>
              <w:left w:w="65" w:type="dxa"/>
              <w:bottom w:w="0" w:type="dxa"/>
              <w:right w:w="65" w:type="dxa"/>
            </w:tcMar>
          </w:tcPr>
          <w:p w14:paraId="2A0EC97E" w14:textId="77777777" w:rsidR="00C757D7" w:rsidRDefault="00C757D7">
            <w:pPr>
              <w:spacing w:line="240" w:lineRule="exact"/>
            </w:pPr>
          </w:p>
        </w:tc>
        <w:tc>
          <w:tcPr>
            <w:tcW w:w="2077" w:type="dxa"/>
            <w:tcMar>
              <w:top w:w="40" w:type="dxa"/>
              <w:left w:w="65" w:type="dxa"/>
              <w:bottom w:w="0" w:type="dxa"/>
              <w:right w:w="65" w:type="dxa"/>
            </w:tcMar>
          </w:tcPr>
          <w:p w14:paraId="1454B2AE" w14:textId="77777777" w:rsidR="00C757D7" w:rsidRDefault="00000000">
            <w:pPr>
              <w:spacing w:line="240" w:lineRule="exact"/>
            </w:pPr>
            <w:r>
              <w:rPr>
                <w:color w:val="000000"/>
              </w:rPr>
              <w:t xml:space="preserve">8:30-12: Rotation w/ </w:t>
            </w:r>
            <w:r>
              <w:br/>
            </w:r>
            <w:r>
              <w:rPr>
                <w:color w:val="000000"/>
              </w:rPr>
              <w:t xml:space="preserve">Dr. Diana de la Cruz 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color w:val="000000"/>
              </w:rPr>
              <w:t xml:space="preserve">3-6pm: Rotation @ </w:t>
            </w:r>
            <w:r>
              <w:br/>
            </w:r>
            <w:r>
              <w:rPr>
                <w:color w:val="000000"/>
              </w:rPr>
              <w:t xml:space="preserve">Cesapu (Cooking </w:t>
            </w:r>
            <w:r>
              <w:br/>
            </w:r>
            <w:r>
              <w:rPr>
                <w:color w:val="000000"/>
              </w:rPr>
              <w:t xml:space="preserve">class, infant </w:t>
            </w:r>
            <w:r>
              <w:br/>
            </w:r>
            <w:r>
              <w:rPr>
                <w:color w:val="000000"/>
              </w:rPr>
              <w:t xml:space="preserve">development class, </w:t>
            </w:r>
            <w:r>
              <w:br/>
            </w:r>
            <w:r>
              <w:rPr>
                <w:color w:val="000000"/>
              </w:rPr>
              <w:t>kids program)</w:t>
            </w:r>
          </w:p>
        </w:tc>
        <w:tc>
          <w:tcPr>
            <w:tcW w:w="2077" w:type="dxa"/>
            <w:tcMar>
              <w:top w:w="40" w:type="dxa"/>
              <w:left w:w="65" w:type="dxa"/>
              <w:bottom w:w="0" w:type="dxa"/>
              <w:right w:w="65" w:type="dxa"/>
            </w:tcMar>
          </w:tcPr>
          <w:p w14:paraId="105770C4" w14:textId="77777777" w:rsidR="00C757D7" w:rsidRDefault="00000000">
            <w:pPr>
              <w:spacing w:line="240" w:lineRule="exact"/>
            </w:pPr>
            <w:r>
              <w:rPr>
                <w:color w:val="000000"/>
              </w:rPr>
              <w:t xml:space="preserve">8am: Free morning </w:t>
            </w:r>
            <w:r>
              <w:br/>
            </w:r>
            <w:r>
              <w:rPr>
                <w:color w:val="000000"/>
              </w:rPr>
              <w:t xml:space="preserve">or Rotation in PT/ </w:t>
            </w:r>
            <w:r>
              <w:br/>
            </w:r>
            <w:r>
              <w:rPr>
                <w:color w:val="000000"/>
              </w:rPr>
              <w:t xml:space="preserve">Dental 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color w:val="000000"/>
              </w:rPr>
              <w:t xml:space="preserve">2-6pm Cesapu </w:t>
            </w:r>
            <w:r>
              <w:br/>
            </w:r>
            <w:r>
              <w:rPr>
                <w:color w:val="000000"/>
              </w:rPr>
              <w:t xml:space="preserve">Rotation (Dental, PT, </w:t>
            </w:r>
            <w:r>
              <w:br/>
            </w:r>
            <w:r>
              <w:rPr>
                <w:color w:val="000000"/>
              </w:rPr>
              <w:t>psych)</w:t>
            </w:r>
          </w:p>
        </w:tc>
        <w:tc>
          <w:tcPr>
            <w:tcW w:w="2077" w:type="dxa"/>
            <w:tcMar>
              <w:top w:w="40" w:type="dxa"/>
              <w:left w:w="65" w:type="dxa"/>
              <w:bottom w:w="0" w:type="dxa"/>
              <w:right w:w="65" w:type="dxa"/>
            </w:tcMar>
          </w:tcPr>
          <w:p w14:paraId="058DC17C" w14:textId="77777777" w:rsidR="00C757D7" w:rsidRDefault="00000000">
            <w:pPr>
              <w:spacing w:line="240" w:lineRule="exact"/>
            </w:pPr>
            <w:r>
              <w:rPr>
                <w:color w:val="000000"/>
              </w:rPr>
              <w:t xml:space="preserve">8-12 Ultrasound </w:t>
            </w:r>
            <w:r>
              <w:br/>
            </w:r>
            <w:r>
              <w:rPr>
                <w:color w:val="000000"/>
              </w:rPr>
              <w:t xml:space="preserve">Rotation - CESAPU </w:t>
            </w:r>
            <w:r>
              <w:br/>
            </w:r>
            <w:r>
              <w:br/>
            </w:r>
            <w:r>
              <w:br/>
            </w:r>
            <w:r>
              <w:rPr>
                <w:color w:val="000000"/>
              </w:rPr>
              <w:t xml:space="preserve">Free afternoon OR </w:t>
            </w:r>
            <w:r>
              <w:br/>
            </w:r>
            <w:r>
              <w:rPr>
                <w:color w:val="000000"/>
              </w:rPr>
              <w:t>Kids program</w:t>
            </w:r>
          </w:p>
        </w:tc>
        <w:tc>
          <w:tcPr>
            <w:tcW w:w="2077" w:type="dxa"/>
            <w:tcMar>
              <w:top w:w="40" w:type="dxa"/>
              <w:left w:w="65" w:type="dxa"/>
              <w:bottom w:w="0" w:type="dxa"/>
              <w:right w:w="65" w:type="dxa"/>
            </w:tcMar>
          </w:tcPr>
          <w:p w14:paraId="2A4460F4" w14:textId="77777777" w:rsidR="00C757D7" w:rsidRDefault="00000000">
            <w:pPr>
              <w:spacing w:line="240" w:lineRule="exact"/>
            </w:pPr>
            <w:r>
              <w:rPr>
                <w:color w:val="000000"/>
              </w:rPr>
              <w:t xml:space="preserve">8am: Rotation @ </w:t>
            </w:r>
            <w:r>
              <w:br/>
            </w:r>
            <w:r>
              <w:rPr>
                <w:color w:val="000000"/>
              </w:rPr>
              <w:t xml:space="preserve">Centro de Salud </w:t>
            </w:r>
            <w:r>
              <w:br/>
            </w:r>
            <w:r>
              <w:rPr>
                <w:color w:val="000000"/>
              </w:rPr>
              <w:t xml:space="preserve">Huanchaco </w:t>
            </w:r>
            <w:r>
              <w:br/>
            </w:r>
            <w:r>
              <w:br/>
            </w:r>
            <w:r>
              <w:br/>
            </w:r>
            <w:r>
              <w:br/>
            </w:r>
            <w:r>
              <w:rPr>
                <w:color w:val="000000"/>
              </w:rPr>
              <w:t xml:space="preserve">2-6pm: Free </w:t>
            </w:r>
            <w:r>
              <w:br/>
            </w:r>
            <w:r>
              <w:rPr>
                <w:color w:val="000000"/>
              </w:rPr>
              <w:t>afternoon or Dental/</w:t>
            </w:r>
            <w:r>
              <w:br/>
            </w:r>
            <w:r>
              <w:rPr>
                <w:color w:val="000000"/>
              </w:rPr>
              <w:t>PT rotations</w:t>
            </w:r>
          </w:p>
        </w:tc>
        <w:tc>
          <w:tcPr>
            <w:tcW w:w="2077" w:type="dxa"/>
            <w:tcMar>
              <w:top w:w="40" w:type="dxa"/>
              <w:left w:w="65" w:type="dxa"/>
              <w:bottom w:w="0" w:type="dxa"/>
              <w:right w:w="65" w:type="dxa"/>
            </w:tcMar>
          </w:tcPr>
          <w:p w14:paraId="1C483F3E" w14:textId="77777777" w:rsidR="00C757D7" w:rsidRDefault="00000000">
            <w:pPr>
              <w:spacing w:line="240" w:lineRule="exact"/>
            </w:pPr>
            <w:r>
              <w:rPr>
                <w:color w:val="000000"/>
              </w:rPr>
              <w:t xml:space="preserve">8-12 Family </w:t>
            </w:r>
            <w:r>
              <w:br/>
            </w:r>
            <w:r>
              <w:rPr>
                <w:color w:val="000000"/>
              </w:rPr>
              <w:t xml:space="preserve">Medicine Rotation - </w:t>
            </w:r>
            <w:r>
              <w:br/>
            </w:r>
            <w:r>
              <w:rPr>
                <w:color w:val="000000"/>
              </w:rPr>
              <w:t xml:space="preserve">CESAPU </w:t>
            </w:r>
            <w:r>
              <w:br/>
            </w:r>
            <w:r>
              <w:br/>
            </w:r>
            <w:r>
              <w:br/>
            </w:r>
            <w:r>
              <w:rPr>
                <w:color w:val="000000"/>
              </w:rPr>
              <w:t xml:space="preserve">2-6pm: Afternoon in </w:t>
            </w:r>
            <w:r>
              <w:br/>
            </w:r>
            <w:r>
              <w:rPr>
                <w:color w:val="000000"/>
              </w:rPr>
              <w:t xml:space="preserve">Cesapu w/ knitting </w:t>
            </w:r>
            <w:r>
              <w:br/>
            </w:r>
            <w:r>
              <w:rPr>
                <w:color w:val="000000"/>
              </w:rPr>
              <w:t>program &amp; PT</w:t>
            </w:r>
          </w:p>
        </w:tc>
        <w:tc>
          <w:tcPr>
            <w:tcW w:w="2077" w:type="dxa"/>
            <w:tcMar>
              <w:top w:w="40" w:type="dxa"/>
              <w:left w:w="65" w:type="dxa"/>
              <w:bottom w:w="0" w:type="dxa"/>
              <w:right w:w="65" w:type="dxa"/>
            </w:tcMar>
          </w:tcPr>
          <w:p w14:paraId="1AAEF5C2" w14:textId="77777777" w:rsidR="00C757D7" w:rsidRDefault="00000000">
            <w:pPr>
              <w:spacing w:line="240" w:lineRule="exact"/>
            </w:pPr>
            <w:r>
              <w:rPr>
                <w:color w:val="000000"/>
              </w:rPr>
              <w:t xml:space="preserve">Nutrition Class 2/2 </w:t>
            </w:r>
            <w:r>
              <w:br/>
            </w:r>
            <w:r>
              <w:rPr>
                <w:color w:val="000000"/>
              </w:rPr>
              <w:t xml:space="preserve">(location and time </w:t>
            </w:r>
            <w:r>
              <w:br/>
            </w:r>
            <w:r>
              <w:rPr>
                <w:color w:val="000000"/>
              </w:rPr>
              <w:t>TBD)</w:t>
            </w:r>
          </w:p>
        </w:tc>
      </w:tr>
      <w:tr w:rsidR="00C757D7" w14:paraId="42F1513C" w14:textId="77777777">
        <w:trPr>
          <w:trHeight w:hRule="exact" w:val="284"/>
        </w:trPr>
        <w:tc>
          <w:tcPr>
            <w:tcW w:w="20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0C997" w14:textId="77777777" w:rsidR="00C757D7" w:rsidRDefault="00C757D7">
            <w:pPr>
              <w:spacing w:line="238" w:lineRule="exact"/>
            </w:pP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F268C3" w14:textId="77777777" w:rsidR="00C757D7" w:rsidRDefault="00C757D7">
            <w:pPr>
              <w:spacing w:line="238" w:lineRule="exact"/>
            </w:pP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AA08EA" w14:textId="77777777" w:rsidR="00C757D7" w:rsidRDefault="00C757D7">
            <w:pPr>
              <w:spacing w:line="238" w:lineRule="exact"/>
            </w:pP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4A717" w14:textId="77777777" w:rsidR="00C757D7" w:rsidRDefault="00C757D7">
            <w:pPr>
              <w:spacing w:line="238" w:lineRule="exact"/>
            </w:pP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2AEC07" w14:textId="77777777" w:rsidR="00C757D7" w:rsidRDefault="00C757D7">
            <w:pPr>
              <w:spacing w:line="238" w:lineRule="exact"/>
            </w:pP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ADBE1B" w14:textId="77777777" w:rsidR="00C757D7" w:rsidRDefault="00C757D7">
            <w:pPr>
              <w:spacing w:line="238" w:lineRule="exact"/>
            </w:pPr>
          </w:p>
        </w:tc>
        <w:tc>
          <w:tcPr>
            <w:tcW w:w="20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2EB7F" w14:textId="77777777" w:rsidR="00C757D7" w:rsidRDefault="00C757D7">
            <w:pPr>
              <w:spacing w:line="238" w:lineRule="exact"/>
            </w:pPr>
          </w:p>
        </w:tc>
      </w:tr>
    </w:tbl>
    <w:p w14:paraId="3EC64C6E" w14:textId="77777777" w:rsidR="002062E5" w:rsidRDefault="002062E5"/>
    <w:sectPr w:rsidR="002062E5" w:rsidSect="00034616">
      <w:footerReference w:type="default" r:id="rId8"/>
      <w:pgSz w:w="17503" w:h="22651"/>
      <w:pgMar w:top="1172" w:right="2110" w:bottom="640" w:left="852" w:header="0" w:footer="6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E85CE" w14:textId="77777777" w:rsidR="002062E5" w:rsidRDefault="002062E5">
      <w:pPr>
        <w:spacing w:line="240" w:lineRule="auto"/>
      </w:pPr>
      <w:r>
        <w:separator/>
      </w:r>
    </w:p>
  </w:endnote>
  <w:endnote w:type="continuationSeparator" w:id="0">
    <w:p w14:paraId="1D1FF2F8" w14:textId="77777777" w:rsidR="002062E5" w:rsidRDefault="002062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BB6B2" w14:textId="77777777" w:rsidR="00C757D7" w:rsidRDefault="00000000">
    <w:pPr>
      <w:pStyle w:val="Footer"/>
      <w:spacing w:line="400" w:lineRule="exact"/>
      <w:jc w:val="center"/>
    </w:pPr>
    <w:r>
      <w:rPr>
        <w:color w:val="000000"/>
        <w:sz w:val="34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39E4E" w14:textId="77777777" w:rsidR="002062E5" w:rsidRDefault="002062E5">
      <w:pPr>
        <w:spacing w:line="240" w:lineRule="auto"/>
      </w:pPr>
      <w:r>
        <w:separator/>
      </w:r>
    </w:p>
  </w:footnote>
  <w:footnote w:type="continuationSeparator" w:id="0">
    <w:p w14:paraId="20DB7233" w14:textId="77777777" w:rsidR="002062E5" w:rsidRDefault="002062E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14571022">
    <w:abstractNumId w:val="8"/>
  </w:num>
  <w:num w:numId="2" w16cid:durableId="1439064456">
    <w:abstractNumId w:val="6"/>
  </w:num>
  <w:num w:numId="3" w16cid:durableId="742534394">
    <w:abstractNumId w:val="5"/>
  </w:num>
  <w:num w:numId="4" w16cid:durableId="1761179598">
    <w:abstractNumId w:val="4"/>
  </w:num>
  <w:num w:numId="5" w16cid:durableId="1442066032">
    <w:abstractNumId w:val="7"/>
  </w:num>
  <w:num w:numId="6" w16cid:durableId="1135832384">
    <w:abstractNumId w:val="3"/>
  </w:num>
  <w:num w:numId="7" w16cid:durableId="1552957389">
    <w:abstractNumId w:val="2"/>
  </w:num>
  <w:num w:numId="8" w16cid:durableId="1581717965">
    <w:abstractNumId w:val="1"/>
  </w:num>
  <w:num w:numId="9" w16cid:durableId="494951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6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64A1F"/>
    <w:rsid w:val="002062E5"/>
    <w:rsid w:val="00274A26"/>
    <w:rsid w:val="0029639D"/>
    <w:rsid w:val="00326F90"/>
    <w:rsid w:val="003D0B50"/>
    <w:rsid w:val="0046675B"/>
    <w:rsid w:val="00724148"/>
    <w:rsid w:val="008C49C9"/>
    <w:rsid w:val="00A9581A"/>
    <w:rsid w:val="00AA1D8D"/>
    <w:rsid w:val="00B47730"/>
    <w:rsid w:val="00C757D7"/>
    <w:rsid w:val="00C83D65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51ADDD"/>
  <w14:defaultImageDpi w14:val="300"/>
  <w15:docId w15:val="{D8A7947A-72CA-5D4C-8D1C-AD5458893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Ashlynn Ehrler</cp:lastModifiedBy>
  <cp:revision>3</cp:revision>
  <dcterms:created xsi:type="dcterms:W3CDTF">2026-09-29T16:49:00Z</dcterms:created>
  <dcterms:modified xsi:type="dcterms:W3CDTF">2026-09-29T16:49:00Z</dcterms:modified>
  <cp:category/>
</cp:coreProperties>
</file>